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36"/>
        </w:rPr>
        <w:t>Video Brief Formu</w:t>
      </w:r>
    </w:p>
    <w:p>
      <w:pPr>
        <w:spacing w:before="0" w:after="120"/>
      </w:pPr>
      <w:r>
        <w:rPr>
          <w:color w:val="6B6158"/>
          <w:sz w:val="18"/>
        </w:rPr>
        <w:t>Bir video projesine başlamadan önce doldurup ajansınızla ya da ekibinizle paylaşın.</w:t>
      </w:r>
    </w:p>
    <w:p>
      <w:pPr>
        <w:spacing w:before="160" w:after="60"/>
      </w:pPr>
      <w:r>
        <w:rPr>
          <w:b/>
          <w:color w:val="B3501A"/>
          <w:sz w:val="25"/>
        </w:rPr>
        <w:t>1. Proje ve iletişim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MARKA / ŞIRKET</w:t>
            </w:r>
          </w:p>
        </w:tc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PROJE ADI</w:t>
            </w:r>
          </w:p>
        </w:tc>
      </w:tr>
      <w:tr>
        <w:trPr>
          <w:trHeight w:val="425" w:hRule="atLeast"/>
        </w:trPr>
        <w:tc>
          <w:tcPr>
            <w:tcW w:type="dxa" w:w="5102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  <w:tc>
          <w:tcPr>
            <w:tcW w:type="dxa" w:w="5102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827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İLETIŞIM KIŞISI</w:t>
            </w:r>
          </w:p>
        </w:tc>
        <w:tc>
          <w:tcPr>
            <w:tcW w:type="dxa" w:w="2551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GÖREVI</w:t>
            </w:r>
          </w:p>
        </w:tc>
        <w:tc>
          <w:tcPr>
            <w:tcW w:type="dxa" w:w="3827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TELEFON / E-POSTA</w:t>
            </w:r>
          </w:p>
        </w:tc>
      </w:tr>
      <w:tr>
        <w:trPr>
          <w:trHeight w:val="425" w:hRule="atLeast"/>
        </w:trPr>
        <w:tc>
          <w:tcPr>
            <w:tcW w:type="dxa" w:w="3827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  <w:tc>
          <w:tcPr>
            <w:tcW w:type="dxa" w:w="2551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  <w:tc>
          <w:tcPr>
            <w:tcW w:type="dxa" w:w="3827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FORMUN DOLDURULDUĞU TARIH</w:t>
            </w:r>
          </w:p>
        </w:tc>
        <w:tc>
          <w:tcPr>
            <w:tcW w:type="dxa" w:w="680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SON ONAYI VERECEK KIŞI</w:t>
            </w:r>
          </w:p>
        </w:tc>
      </w:tr>
      <w:tr>
        <w:trPr>
          <w:trHeight w:val="425" w:hRule="atLeast"/>
        </w:trPr>
        <w:tc>
          <w:tcPr>
            <w:tcW w:type="dxa" w:w="3402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  <w:tc>
          <w:tcPr>
            <w:tcW w:type="dxa" w:w="6803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</w:tr>
    </w:tbl>
    <w:p>
      <w:pPr>
        <w:spacing w:after="0"/>
      </w:pPr>
    </w:p>
    <w:p>
      <w:pPr>
        <w:spacing w:before="160" w:after="60"/>
      </w:pPr>
      <w:r>
        <w:rPr>
          <w:b/>
          <w:color w:val="B3501A"/>
          <w:sz w:val="25"/>
        </w:rPr>
        <w:t>2. Amaç</w:t>
      </w:r>
    </w:p>
    <w:p>
      <w:pPr>
        <w:spacing w:before="60" w:after="20"/>
      </w:pPr>
      <w:r>
        <w:rPr>
          <w:b/>
          <w:color w:val="6B6158"/>
          <w:sz w:val="14"/>
        </w:rPr>
        <w:t>BU VIDEO NE IÇIN?</w:t>
      </w:r>
    </w:p>
    <w:p>
      <w:pPr>
        <w:spacing w:before="0" w:after="80"/>
      </w:pPr>
      <w:r>
        <w:rPr>
          <w:sz w:val="19"/>
        </w:rPr>
        <w:t>☐ Marka bilinirliği   ☐ Ürün / hizmet tanıtımı   ☐ Satış ya da talep toplama   ☐ Lansman   ☐ İşe alım / işveren markası   ☐ Eğitim / bilgilendirme   ☐ Etkinlik kaydı   ☐ Sosyal medya içerik serisi   ☐ Diğer: ____________</w:t>
      </w:r>
    </w:p>
    <w:p>
      <w:pPr>
        <w:spacing w:before="40" w:after="20"/>
      </w:pPr>
      <w:r>
        <w:rPr>
          <w:b/>
          <w:color w:val="6B6158"/>
          <w:sz w:val="14"/>
        </w:rPr>
        <w:t>İZLEYICI VIDEOYU IZLEDIKTEN SONRA NE YAPMALI? (TEK CÜMLE)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rPr>
          <w:trHeight w:val="680" w:hRule="atLeast"/>
        </w:trPr>
        <w:tc>
          <w:tcPr>
            <w:tcW w:type="dxa" w:w="10205"/>
            <w:tcBorders>
              <w:top w:val="single" w:sz="6" w:color="B5AA9F"/>
              <w:left w:val="single" w:sz="6" w:color="B5AA9F"/>
              <w:bottom w:val="single" w:sz="6" w:color="B5AA9F"/>
              <w:right w:val="single" w:sz="6" w:color="B5AA9F"/>
            </w:tcBorders>
            <w:shd w:val="clear" w:color="auto" w:fill="FAF7F3"/>
          </w:tcPr>
          <w:p/>
        </w:tc>
      </w:tr>
    </w:tbl>
    <w:p>
      <w:pPr>
        <w:spacing w:after="0"/>
      </w:pPr>
    </w:p>
    <w:p>
      <w:pPr>
        <w:spacing w:before="40" w:after="20"/>
      </w:pPr>
      <w:r>
        <w:rPr>
          <w:b/>
          <w:color w:val="6B6158"/>
          <w:sz w:val="14"/>
        </w:rPr>
        <w:t>BAŞARIYI NEYE BAKARAK ÖLÇECEKSINIZ? (IZLENME, MESAJ, BAŞVURU, SATIŞ…)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rPr>
          <w:trHeight w:val="963" w:hRule="atLeast"/>
        </w:trPr>
        <w:tc>
          <w:tcPr>
            <w:tcW w:type="dxa" w:w="10205"/>
            <w:tcBorders>
              <w:top w:val="single" w:sz="6" w:color="B5AA9F"/>
              <w:left w:val="single" w:sz="6" w:color="B5AA9F"/>
              <w:bottom w:val="single" w:sz="6" w:color="B5AA9F"/>
              <w:right w:val="single" w:sz="6" w:color="B5AA9F"/>
            </w:tcBorders>
            <w:shd w:val="clear" w:color="auto" w:fill="FAF7F3"/>
          </w:tcPr>
          <w:p/>
        </w:tc>
      </w:tr>
    </w:tbl>
    <w:p>
      <w:pPr>
        <w:spacing w:after="0"/>
      </w:pPr>
    </w:p>
    <w:p>
      <w:pPr>
        <w:spacing w:before="160" w:after="60"/>
      </w:pPr>
      <w:r>
        <w:rPr>
          <w:b/>
          <w:color w:val="B3501A"/>
          <w:sz w:val="25"/>
        </w:rPr>
        <w:t>3. Hedef kitle ve mesaj</w:t>
      </w:r>
    </w:p>
    <w:p>
      <w:pPr>
        <w:spacing w:before="40" w:after="20"/>
      </w:pPr>
      <w:r>
        <w:rPr>
          <w:b/>
          <w:color w:val="6B6158"/>
          <w:sz w:val="14"/>
        </w:rPr>
        <w:t>HEDEF KITLE: KIM, NEREDE, NEYE IHTIYACI VAR, HANGI ITIRAZI VAR?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rPr>
          <w:trHeight w:val="1701" w:hRule="atLeast"/>
        </w:trPr>
        <w:tc>
          <w:tcPr>
            <w:tcW w:type="dxa" w:w="10205"/>
            <w:tcBorders>
              <w:top w:val="single" w:sz="6" w:color="B5AA9F"/>
              <w:left w:val="single" w:sz="6" w:color="B5AA9F"/>
              <w:bottom w:val="single" w:sz="6" w:color="B5AA9F"/>
              <w:right w:val="single" w:sz="6" w:color="B5AA9F"/>
            </w:tcBorders>
            <w:shd w:val="clear" w:color="auto" w:fill="FAF7F3"/>
          </w:tcPr>
          <w:p/>
        </w:tc>
      </w:tr>
    </w:tbl>
    <w:p>
      <w:pPr>
        <w:spacing w:after="0"/>
      </w:pPr>
    </w:p>
    <w:p>
      <w:pPr>
        <w:spacing w:before="40" w:after="20"/>
      </w:pPr>
      <w:r>
        <w:rPr>
          <w:b/>
          <w:color w:val="6B6158"/>
          <w:sz w:val="14"/>
        </w:rPr>
        <w:t>TEK CÜMLELIK ANA MESAJ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rPr>
          <w:trHeight w:val="623" w:hRule="atLeast"/>
        </w:trPr>
        <w:tc>
          <w:tcPr>
            <w:tcW w:type="dxa" w:w="10205"/>
            <w:tcBorders>
              <w:top w:val="single" w:sz="6" w:color="B5AA9F"/>
              <w:left w:val="single" w:sz="6" w:color="B5AA9F"/>
              <w:bottom w:val="single" w:sz="6" w:color="B5AA9F"/>
              <w:right w:val="single" w:sz="6" w:color="B5AA9F"/>
            </w:tcBorders>
            <w:shd w:val="clear" w:color="auto" w:fill="FAF7F3"/>
          </w:tcPr>
          <w:p/>
        </w:tc>
      </w:tr>
    </w:tbl>
    <w:p>
      <w:pPr>
        <w:spacing w:after="0"/>
      </w:pPr>
    </w:p>
    <w:p>
      <w:pPr>
        <w:spacing w:before="40" w:after="20"/>
      </w:pPr>
      <w:r>
        <w:rPr>
          <w:b/>
          <w:color w:val="6B6158"/>
          <w:sz w:val="14"/>
        </w:rPr>
        <w:t>MUTLAKA SÖYLENMESI YA DA GÖSTERILMESI GEREKENLER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rPr>
          <w:trHeight w:val="1360" w:hRule="atLeast"/>
        </w:trPr>
        <w:tc>
          <w:tcPr>
            <w:tcW w:type="dxa" w:w="10205"/>
            <w:tcBorders>
              <w:top w:val="single" w:sz="6" w:color="B5AA9F"/>
              <w:left w:val="single" w:sz="6" w:color="B5AA9F"/>
              <w:bottom w:val="single" w:sz="6" w:color="B5AA9F"/>
              <w:right w:val="single" w:sz="6" w:color="B5AA9F"/>
            </w:tcBorders>
            <w:shd w:val="clear" w:color="auto" w:fill="FAF7F3"/>
          </w:tcPr>
          <w:p/>
        </w:tc>
      </w:tr>
    </w:tbl>
    <w:p>
      <w:pPr>
        <w:spacing w:after="0"/>
      </w:pPr>
    </w:p>
    <w:p>
      <w:pPr>
        <w:spacing w:before="40" w:after="20"/>
      </w:pPr>
      <w:r>
        <w:rPr>
          <w:b/>
          <w:color w:val="6B6158"/>
          <w:sz w:val="14"/>
        </w:rPr>
        <w:t>KESINLIKLE OLMAMASI GEREKENLER (SÖZ, GÖRSEL, RAKIP, IDDIA)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rPr>
          <w:trHeight w:val="1134" w:hRule="atLeast"/>
        </w:trPr>
        <w:tc>
          <w:tcPr>
            <w:tcW w:type="dxa" w:w="10205"/>
            <w:tcBorders>
              <w:top w:val="single" w:sz="6" w:color="B5AA9F"/>
              <w:left w:val="single" w:sz="6" w:color="B5AA9F"/>
              <w:bottom w:val="single" w:sz="6" w:color="B5AA9F"/>
              <w:right w:val="single" w:sz="6" w:color="B5AA9F"/>
            </w:tcBorders>
            <w:shd w:val="clear" w:color="auto" w:fill="FAF7F3"/>
          </w:tcPr>
          <w:p/>
        </w:tc>
      </w:tr>
    </w:tbl>
    <w:p>
      <w:pPr>
        <w:spacing w:after="0"/>
      </w:pPr>
    </w:p>
    <w:p>
      <w:r>
        <w:br w:type="page"/>
      </w:r>
    </w:p>
    <w:p>
      <w:pPr>
        <w:spacing w:before="160" w:after="60"/>
      </w:pPr>
      <w:r>
        <w:rPr>
          <w:b/>
          <w:color w:val="B3501A"/>
          <w:sz w:val="25"/>
        </w:rPr>
        <w:t>4. Teslimatlar</w:t>
      </w:r>
    </w:p>
    <w:p>
      <w:pPr>
        <w:spacing w:before="60" w:after="20"/>
      </w:pPr>
      <w:r>
        <w:rPr>
          <w:b/>
          <w:color w:val="6B6158"/>
          <w:sz w:val="14"/>
        </w:rPr>
        <w:t>VIDEO TÜRÜ</w:t>
      </w:r>
    </w:p>
    <w:p>
      <w:pPr>
        <w:spacing w:before="0" w:after="80"/>
      </w:pPr>
      <w:r>
        <w:rPr>
          <w:sz w:val="19"/>
        </w:rPr>
        <w:t>☐ Tanıtım filmi   ☐ Reklam filmi   ☐ Reels / TikTok / Shorts   ☐ Ürün videosu   ☐ Röportaj / müşteri yorumu   ☐ Etkinlik / aftermovie   ☐ Drone görüntüsü   ☐ Eğitim / anlatım   ☐ Diğer: ____________</w:t>
      </w:r>
    </w:p>
    <w:p>
      <w:pPr>
        <w:spacing w:before="60" w:after="20"/>
      </w:pPr>
      <w:r>
        <w:rPr>
          <w:b/>
          <w:color w:val="6B6158"/>
          <w:sz w:val="14"/>
        </w:rPr>
        <w:t>EN-BOY ORANI</w:t>
      </w:r>
    </w:p>
    <w:p>
      <w:pPr>
        <w:spacing w:before="0" w:after="80"/>
      </w:pPr>
      <w:r>
        <w:rPr>
          <w:sz w:val="19"/>
        </w:rPr>
        <w:t>☐ 16:9 yatay   ☐ 9:16 dikey   ☐ 1:1 kare   ☐ 4:5 dikey gönderi   ☐ Diğer: ____________</w:t>
      </w:r>
    </w:p>
    <w:p>
      <w:pPr>
        <w:spacing w:before="60" w:after="20"/>
      </w:pPr>
      <w:r>
        <w:rPr>
          <w:b/>
          <w:color w:val="6B6158"/>
          <w:sz w:val="14"/>
        </w:rPr>
        <w:t>YAYIN KANALLARI</w:t>
      </w:r>
    </w:p>
    <w:p>
      <w:pPr>
        <w:spacing w:before="0" w:after="80"/>
      </w:pPr>
      <w:r>
        <w:rPr>
          <w:sz w:val="19"/>
        </w:rPr>
        <w:t>☐ Instagram   ☐ TikTok   ☐ YouTube   ☐ LinkedIn   ☐ Web sitesi   ☐ Ücretli dijital reklam   ☐ TV / sinema   ☐ Fuar / ekran / etkinlik   ☐ Şirket içi   ☐ Diğer: 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2041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VIDEO ADEDI</w:t>
            </w:r>
          </w:p>
        </w:tc>
        <w:tc>
          <w:tcPr>
            <w:tcW w:type="dxa" w:w="408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HEDEF SÜRE(LER)</w:t>
            </w:r>
          </w:p>
        </w:tc>
        <w:tc>
          <w:tcPr>
            <w:tcW w:type="dxa" w:w="408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DIL(LER)</w:t>
            </w:r>
          </w:p>
        </w:tc>
      </w:tr>
      <w:tr>
        <w:trPr>
          <w:trHeight w:val="425" w:hRule="atLeast"/>
        </w:trPr>
        <w:tc>
          <w:tcPr>
            <w:tcW w:type="dxa" w:w="2041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  <w:tc>
          <w:tcPr>
            <w:tcW w:type="dxa" w:w="4082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  <w:tc>
          <w:tcPr>
            <w:tcW w:type="dxa" w:w="4082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</w:tr>
    </w:tbl>
    <w:p>
      <w:pPr>
        <w:spacing w:after="0"/>
      </w:pPr>
    </w:p>
    <w:p>
      <w:pPr>
        <w:spacing w:before="60" w:after="20"/>
      </w:pPr>
      <w:r>
        <w:rPr>
          <w:b/>
          <w:color w:val="6B6158"/>
          <w:sz w:val="14"/>
        </w:rPr>
        <w:t>ALTYAZI VE METIN</w:t>
      </w:r>
    </w:p>
    <w:p>
      <w:pPr>
        <w:spacing w:before="0" w:after="80"/>
      </w:pPr>
      <w:r>
        <w:rPr>
          <w:sz w:val="19"/>
        </w:rPr>
        <w:t>☐ Türkçe altyazı   ☐ İngilizce altyazı   ☐ Ekran yazıları   ☐ Dış ses (seslendirme)   ☐ Gerekmez</w:t>
      </w:r>
    </w:p>
    <w:p>
      <w:pPr>
        <w:spacing w:before="160" w:after="60"/>
      </w:pPr>
      <w:r>
        <w:rPr>
          <w:b/>
          <w:color w:val="B3501A"/>
          <w:sz w:val="25"/>
        </w:rPr>
        <w:t>5. Ton, tarz ve referanslar</w:t>
      </w:r>
    </w:p>
    <w:p>
      <w:pPr>
        <w:spacing w:before="60" w:after="20"/>
      </w:pPr>
      <w:r>
        <w:rPr>
          <w:b/>
          <w:color w:val="6B6158"/>
          <w:sz w:val="14"/>
        </w:rPr>
        <w:t>TON</w:t>
      </w:r>
    </w:p>
    <w:p>
      <w:pPr>
        <w:spacing w:before="0" w:after="80"/>
      </w:pPr>
      <w:r>
        <w:rPr>
          <w:sz w:val="19"/>
        </w:rPr>
        <w:t>☐ Samimi   ☐ Kurumsal   ☐ Enerjik   ☐ Sinematik   ☐ Esprili   ☐ Duygusal   ☐ Sade / bilgilendirici   ☐ Prestijli</w:t>
      </w:r>
    </w:p>
    <w:p>
      <w:pPr>
        <w:spacing w:before="40" w:after="20"/>
      </w:pPr>
      <w:r>
        <w:rPr>
          <w:b/>
          <w:color w:val="6B6158"/>
          <w:sz w:val="14"/>
        </w:rPr>
        <w:t>BEĞENDIĞINIZ REFERANS VIDEOLAR (BAĞLANTI + NEYINI BEĞENDIĞINIZ)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rPr>
          <w:trHeight w:val="1927" w:hRule="atLeast"/>
        </w:trPr>
        <w:tc>
          <w:tcPr>
            <w:tcW w:type="dxa" w:w="10205"/>
            <w:tcBorders>
              <w:top w:val="single" w:sz="6" w:color="B5AA9F"/>
              <w:left w:val="single" w:sz="6" w:color="B5AA9F"/>
              <w:bottom w:val="single" w:sz="6" w:color="B5AA9F"/>
              <w:right w:val="single" w:sz="6" w:color="B5AA9F"/>
            </w:tcBorders>
            <w:shd w:val="clear" w:color="auto" w:fill="FAF7F3"/>
          </w:tcPr>
          <w:p/>
        </w:tc>
      </w:tr>
    </w:tbl>
    <w:p>
      <w:pPr>
        <w:spacing w:after="0"/>
      </w:pPr>
    </w:p>
    <w:p>
      <w:pPr>
        <w:spacing w:before="40" w:after="20"/>
      </w:pPr>
      <w:r>
        <w:rPr>
          <w:b/>
          <w:color w:val="6B6158"/>
          <w:sz w:val="14"/>
        </w:rPr>
        <w:t>BEĞENMEDIĞINIZ ÖRNEKLER VE NEDENI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rPr>
          <w:trHeight w:val="1134" w:hRule="atLeast"/>
        </w:trPr>
        <w:tc>
          <w:tcPr>
            <w:tcW w:type="dxa" w:w="10205"/>
            <w:tcBorders>
              <w:top w:val="single" w:sz="6" w:color="B5AA9F"/>
              <w:left w:val="single" w:sz="6" w:color="B5AA9F"/>
              <w:bottom w:val="single" w:sz="6" w:color="B5AA9F"/>
              <w:right w:val="single" w:sz="6" w:color="B5AA9F"/>
            </w:tcBorders>
            <w:shd w:val="clear" w:color="auto" w:fill="FAF7F3"/>
          </w:tcPr>
          <w:p/>
        </w:tc>
      </w:tr>
    </w:tbl>
    <w:p>
      <w:pPr>
        <w:spacing w:after="0"/>
      </w:pPr>
    </w:p>
    <w:p>
      <w:pPr>
        <w:spacing w:before="60" w:after="20"/>
      </w:pPr>
      <w:r>
        <w:rPr>
          <w:b/>
          <w:color w:val="6B6158"/>
          <w:sz w:val="14"/>
        </w:rPr>
        <w:t>ELINIZDEKI MARKA VARLIKLARI</w:t>
      </w:r>
    </w:p>
    <w:p>
      <w:pPr>
        <w:spacing w:before="0" w:after="80"/>
      </w:pPr>
      <w:r>
        <w:rPr>
          <w:sz w:val="19"/>
        </w:rPr>
        <w:t>☐ Logo (vektör)   ☐ Kurumsal kimlik kılavuzu   ☐ Yazı tipleri   ☐ Renk kodları   ☐ Müzik / ses logosu   ☐ Eski videolar / arşiv   ☐ Ürün görselleri</w:t>
      </w:r>
    </w:p>
    <w:p>
      <w:r>
        <w:br w:type="page"/>
      </w:r>
    </w:p>
    <w:p>
      <w:pPr>
        <w:spacing w:before="160" w:after="60"/>
      </w:pPr>
      <w:r>
        <w:rPr>
          <w:b/>
          <w:color w:val="B3501A"/>
          <w:sz w:val="25"/>
        </w:rPr>
        <w:t>6. Çekim bilgileri</w:t>
      </w:r>
    </w:p>
    <w:p>
      <w:pPr>
        <w:spacing w:before="40" w:after="20"/>
      </w:pPr>
      <w:r>
        <w:rPr>
          <w:b/>
          <w:color w:val="6B6158"/>
          <w:sz w:val="14"/>
        </w:rPr>
        <w:t>ÇEKIM YERI / YERLERI (ADRES, IÇ-DIŞ MEKÂN, IZIN GEREKEN ALANLAR)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rPr>
          <w:trHeight w:val="850" w:hRule="atLeast"/>
        </w:trPr>
        <w:tc>
          <w:tcPr>
            <w:tcW w:type="dxa" w:w="10205"/>
            <w:tcBorders>
              <w:top w:val="single" w:sz="6" w:color="B5AA9F"/>
              <w:left w:val="single" w:sz="6" w:color="B5AA9F"/>
              <w:bottom w:val="single" w:sz="6" w:color="B5AA9F"/>
              <w:right w:val="single" w:sz="6" w:color="B5AA9F"/>
            </w:tcBorders>
            <w:shd w:val="clear" w:color="auto" w:fill="FAF7F3"/>
          </w:tcPr>
          <w:p/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UYGUN ÇEKIM TARIHLERI</w:t>
            </w:r>
          </w:p>
        </w:tc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SAAT KISITLARI (MESAI, MÜŞTERI TRAFIĞI…)</w:t>
            </w:r>
          </w:p>
        </w:tc>
      </w:tr>
      <w:tr>
        <w:trPr>
          <w:trHeight w:val="425" w:hRule="atLeast"/>
        </w:trPr>
        <w:tc>
          <w:tcPr>
            <w:tcW w:type="dxa" w:w="5102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  <w:tc>
          <w:tcPr>
            <w:tcW w:type="dxa" w:w="5102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</w:tr>
    </w:tbl>
    <w:p>
      <w:pPr>
        <w:spacing w:after="0"/>
      </w:pPr>
    </w:p>
    <w:p>
      <w:pPr>
        <w:spacing w:before="60" w:after="20"/>
      </w:pPr>
      <w:r>
        <w:rPr>
          <w:b/>
          <w:color w:val="6B6158"/>
          <w:sz w:val="14"/>
        </w:rPr>
        <w:t>KADRAJDA KIMLER OLACAK?</w:t>
      </w:r>
    </w:p>
    <w:p>
      <w:pPr>
        <w:spacing w:before="0" w:after="80"/>
      </w:pPr>
      <w:r>
        <w:rPr>
          <w:sz w:val="19"/>
        </w:rPr>
        <w:t>☐ Çalışanlar   ☐ Yöneticiler   ☐ Müşteriler   ☐ Profesyonel oyuncu   ☐ Çocuk (veli izni gerekir)   ☐ Kimse (yalnızca ürün / mekân)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5"/>
            <w:shd w:val="clear" w:color="auto" w:fill="F4EFE8"/>
            <w:tcBorders>
              <w:top w:val="single" w:sz="8" w:color="E2D8CC"/>
              <w:left w:val="single" w:sz="8" w:color="E2D8CC"/>
              <w:bottom w:val="single" w:sz="8" w:color="E2D8CC"/>
              <w:right w:val="single" w:sz="8" w:color="E2D8CC"/>
            </w:tcBorders>
          </w:tcPr>
          <w:p>
            <w:r>
              <w:rPr>
                <w:b w:val="0"/>
                <w:sz w:val="18"/>
              </w:rPr>
              <w:t>Kadrajda tanınabilir kişiler olacaksa çekimden önce yazılı kullanım izni alın. Ücretsiz taslak: rastcreative.com/araclar/cekim-izin-formu/</w:t>
            </w:r>
          </w:p>
        </w:tc>
      </w:tr>
    </w:tbl>
    <w:p>
      <w:pPr>
        <w:spacing w:after="0"/>
      </w:pPr>
    </w:p>
    <w:p>
      <w:pPr>
        <w:spacing w:before="60" w:after="20"/>
      </w:pPr>
      <w:r>
        <w:rPr>
          <w:b/>
          <w:color w:val="6B6158"/>
          <w:sz w:val="14"/>
        </w:rPr>
        <w:t>ÖZEL GEREKSINIMLER</w:t>
      </w:r>
    </w:p>
    <w:p>
      <w:pPr>
        <w:spacing w:before="0" w:after="80"/>
      </w:pPr>
      <w:r>
        <w:rPr>
          <w:sz w:val="19"/>
        </w:rPr>
        <w:t>☐ Drone   ☐ Ürün / masa üstü çekim   ☐ Röportaj sesi   ☐ Stüdyo   ☐ Makyaj / stil   ☐ Seslendirme sanatçısı   ☐ Lisanslı müzik   ☐ Hiçbiri</w:t>
      </w:r>
    </w:p>
    <w:p>
      <w:pPr>
        <w:spacing w:before="160" w:after="60"/>
      </w:pPr>
      <w:r>
        <w:rPr>
          <w:b/>
          <w:color w:val="B3501A"/>
          <w:sz w:val="25"/>
        </w:rPr>
        <w:t>7. Takvim, onay ve teslim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İLK TASLAK IÇIN BEKLENEN TARIH</w:t>
            </w:r>
          </w:p>
        </w:tc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YAYIN / SON TESLIM TARIHI</w:t>
            </w:r>
          </w:p>
        </w:tc>
      </w:tr>
      <w:tr>
        <w:trPr>
          <w:trHeight w:val="425" w:hRule="atLeast"/>
        </w:trPr>
        <w:tc>
          <w:tcPr>
            <w:tcW w:type="dxa" w:w="5102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  <w:tc>
          <w:tcPr>
            <w:tcW w:type="dxa" w:w="5102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</w:tr>
    </w:tbl>
    <w:p>
      <w:pPr>
        <w:spacing w:after="0"/>
      </w:pPr>
    </w:p>
    <w:p>
      <w:pPr>
        <w:spacing w:before="40" w:after="20"/>
      </w:pPr>
      <w:r>
        <w:rPr>
          <w:b/>
          <w:color w:val="6B6158"/>
          <w:sz w:val="14"/>
        </w:rPr>
        <w:t>ONAY SÜRECI: KIMLER ONAYLAR, KAÇ TUR DÜZELTME ÖNGÖRÜLÜYOR?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rPr>
          <w:trHeight w:val="680" w:hRule="atLeast"/>
        </w:trPr>
        <w:tc>
          <w:tcPr>
            <w:tcW w:type="dxa" w:w="10205"/>
            <w:tcBorders>
              <w:top w:val="single" w:sz="6" w:color="B5AA9F"/>
              <w:left w:val="single" w:sz="6" w:color="B5AA9F"/>
              <w:bottom w:val="single" w:sz="6" w:color="B5AA9F"/>
              <w:right w:val="single" w:sz="6" w:color="B5AA9F"/>
            </w:tcBorders>
            <w:shd w:val="clear" w:color="auto" w:fill="FAF7F3"/>
          </w:tcPr>
          <w:p/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TESLIM FORMATI (MP4, PRORES, HAM GÖRÜNTÜ…)</w:t>
            </w:r>
          </w:p>
        </w:tc>
        <w:tc>
          <w:tcPr>
            <w:tcW w:type="dxa" w:w="51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/>
            </w:pPr>
            <w:r>
              <w:rPr>
                <w:b/>
                <w:color w:val="6B6158"/>
                <w:sz w:val="14"/>
              </w:rPr>
              <w:t>TESLIM YOLU (BAĞLANTI, DISK…)</w:t>
            </w:r>
          </w:p>
        </w:tc>
      </w:tr>
      <w:tr>
        <w:trPr>
          <w:trHeight w:val="425" w:hRule="atLeast"/>
        </w:trPr>
        <w:tc>
          <w:tcPr>
            <w:tcW w:type="dxa" w:w="5102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  <w:tc>
          <w:tcPr>
            <w:tcW w:type="dxa" w:w="5102"/>
            <w:tcBorders>
              <w:top w:val="nil"/>
              <w:left w:val="nil"/>
              <w:bottom w:val="single" w:sz="6" w:color="8F8379"/>
              <w:right w:val="nil"/>
            </w:tcBorders>
            <w:shd w:val="clear" w:color="auto" w:fill="FAF7F3"/>
          </w:tcPr>
          <w:p/>
        </w:tc>
      </w:tr>
    </w:tbl>
    <w:p>
      <w:pPr>
        <w:spacing w:after="0"/>
      </w:pPr>
    </w:p>
    <w:p>
      <w:pPr>
        <w:spacing w:before="60" w:after="20"/>
      </w:pPr>
      <w:r>
        <w:rPr>
          <w:b/>
          <w:color w:val="6B6158"/>
          <w:sz w:val="14"/>
        </w:rPr>
        <w:t>KULLANIM KAPSAMI</w:t>
      </w:r>
    </w:p>
    <w:p>
      <w:pPr>
        <w:spacing w:before="0" w:after="80"/>
      </w:pPr>
      <w:r>
        <w:rPr>
          <w:sz w:val="19"/>
        </w:rPr>
        <w:t>☐ Yalnızca organik paylaşım   ☐ Ücretli reklamda da kullanılacak   ☐ Belirli süre   ☐ Süresiz kullanım isteniyor   ☐ Yurt dışında da kullanılacak</w:t>
      </w:r>
    </w:p>
    <w:p>
      <w:pPr>
        <w:spacing w:before="40" w:after="20"/>
      </w:pPr>
      <w:r>
        <w:rPr>
          <w:b/>
          <w:color w:val="6B6158"/>
          <w:sz w:val="14"/>
        </w:rPr>
        <w:t>EKLEMEK ISTEDIKLERINIZ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rPr>
          <w:trHeight w:val="1360" w:hRule="atLeast"/>
        </w:trPr>
        <w:tc>
          <w:tcPr>
            <w:tcW w:type="dxa" w:w="10205"/>
            <w:tcBorders>
              <w:top w:val="single" w:sz="6" w:color="B5AA9F"/>
              <w:left w:val="single" w:sz="6" w:color="B5AA9F"/>
              <w:bottom w:val="single" w:sz="6" w:color="B5AA9F"/>
              <w:right w:val="single" w:sz="6" w:color="B5AA9F"/>
            </w:tcBorders>
            <w:shd w:val="clear" w:color="auto" w:fill="FAF7F3"/>
          </w:tcPr>
          <w:p/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5"/>
            <w:shd w:val="clear" w:color="auto" w:fill="F4EFE8"/>
            <w:tcBorders>
              <w:top w:val="single" w:sz="8" w:color="E2D8CC"/>
              <w:left w:val="single" w:sz="8" w:color="E2D8CC"/>
              <w:bottom w:val="single" w:sz="8" w:color="E2D8CC"/>
              <w:right w:val="single" w:sz="8" w:color="E2D8CC"/>
            </w:tcBorders>
          </w:tcPr>
          <w:p>
            <w:r>
              <w:rPr>
                <w:b w:val="0"/>
                <w:sz w:val="18"/>
              </w:rPr>
              <w:t>Kapsamı ve bütçeyi bu formu birlikte gözden geçirirken konuşmak en sağlıklısı: aynı brief farklı kapsamlarla çekilebilir.</w:t>
            </w:r>
          </w:p>
        </w:tc>
      </w:tr>
    </w:tbl>
    <w:p>
      <w:pPr>
        <w:spacing w:after="0"/>
      </w:pPr>
    </w:p>
    <w:p>
      <w:pPr>
        <w:spacing w:before="200" w:after="0"/>
      </w:pPr>
      <w:r>
        <w:rPr>
          <w:color w:val="6B6158"/>
          <w:sz w:val="15"/>
        </w:rPr>
        <w:t>Kaynak: Rast Creative Studio — rastcreative.com/araclar/brief-formu/ · Lisans: CC BY 4.0 (https://creativecommons.org/licenses/by/4.0/deed.tr). Ticari işlerde de kullanabilir ve uyarlayabilirsiniz; tek şart atıf.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158"/>
        <w:sz w:val="15"/>
      </w:rPr>
      <w:t>Rast Creative Studio · rastcreative.com   |   rastcreative.com/araclar/brief-formu/   |   CC BY 4.0 — atıfla serbestçe kullanın ve uyarlayın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40"/>
    </w:pPr>
    <w:r>
      <w:drawing>
        <wp:inline xmlns:a="http://schemas.openxmlformats.org/drawingml/2006/main" xmlns:pic="http://schemas.openxmlformats.org/drawingml/2006/picture">
          <wp:extent cx="525228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5228" cy="288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</w:rPr>
      <w:t xml:space="preserve">   Video Brief Formu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D191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Brief Formu</dc:title>
  <dc:subject/>
  <dc:creator>Rast Creative Studio</dc:creator>
  <cp:keywords/>
  <dc:description>https://rastcreative.com/araclar/brief-formu/ · CC BY 4.0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